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PENTRU TRECEREA TERENULUI DIN EXTRAVILAN ÎN INTRAVILAN</w:t>
      </w:r>
    </w:p>
    <w:p/>
    <w:p>
      <w:r>
        <w:rPr>
          <w:b/>
          <w:sz w:val="20"/>
        </w:rPr>
        <w:t>Datele solicitantului:</w:t>
      </w:r>
    </w:p>
    <w:p>
      <w:r>
        <w:rPr>
          <w:b w:val="0"/>
          <w:sz w:val="20"/>
        </w:rPr>
        <w:t>Numele și prenumele / Denumirea juridică : ____________________________________________</w:t>
      </w:r>
    </w:p>
    <w:p>
      <w:r>
        <w:rPr>
          <w:b w:val="0"/>
          <w:sz w:val="20"/>
        </w:rPr>
        <w:t>CNP/CUI : ___________________________________________________</w:t>
      </w:r>
    </w:p>
    <w:p>
      <w:r>
        <w:rPr>
          <w:b w:val="0"/>
          <w:sz w:val="20"/>
        </w:rPr>
        <w:t>Adresa de domiciliu/sediu : _______________________________________________________</w:t>
      </w:r>
    </w:p>
    <w:p>
      <w:r>
        <w:rPr>
          <w:b w:val="0"/>
          <w:sz w:val="20"/>
        </w:rPr>
        <w:t>Telefon : __________________________________ Email : ___________________________________</w:t>
      </w:r>
    </w:p>
    <w:p/>
    <w:p>
      <w:r>
        <w:rPr>
          <w:b/>
          <w:sz w:val="20"/>
        </w:rPr>
        <w:t>Datele terenului propus pentru trecere:</w:t>
      </w:r>
    </w:p>
    <w:p>
      <w:r>
        <w:rPr>
          <w:b w:val="0"/>
          <w:sz w:val="20"/>
        </w:rPr>
        <w:t>Localitatea : ____________________________________________________________</w:t>
      </w:r>
    </w:p>
    <w:p>
      <w:r>
        <w:rPr>
          <w:b w:val="0"/>
          <w:sz w:val="20"/>
        </w:rPr>
        <w:t>Numărul cadastral : ____________________________________________________</w:t>
      </w:r>
    </w:p>
    <w:p>
      <w:r>
        <w:rPr>
          <w:b w:val="0"/>
          <w:sz w:val="20"/>
        </w:rPr>
        <w:t>Suprafața (mp) : _________________________________________________________</w:t>
      </w:r>
    </w:p>
    <w:p>
      <w:r>
        <w:rPr>
          <w:b w:val="0"/>
          <w:sz w:val="20"/>
        </w:rPr>
        <w:t>Categoria de folosință actuală : _________________________________________</w:t>
      </w:r>
    </w:p>
    <w:p>
      <w:r>
        <w:rPr>
          <w:b w:val="0"/>
          <w:sz w:val="20"/>
        </w:rPr>
        <w:t>Categoria de folosință propusă : ________________________________________</w:t>
      </w:r>
    </w:p>
    <w:p>
      <w:r>
        <w:rPr>
          <w:b w:val="0"/>
          <w:sz w:val="20"/>
        </w:rPr>
        <w:t>Terenul face parte din zona extravilană conform planului de urbanism general : Da / Nu</w:t>
      </w:r>
    </w:p>
    <w:p/>
    <w:p>
      <w:r>
        <w:rPr>
          <w:b/>
          <w:sz w:val="20"/>
        </w:rPr>
        <w:t>Motivarea solicitării trecerii terenului în intravilan: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___________________________________________________________________________________________</w:t>
      </w:r>
    </w:p>
    <w:p/>
    <w:p>
      <w:r>
        <w:rPr>
          <w:b/>
          <w:sz w:val="20"/>
        </w:rPr>
        <w:t>Documente anexate cererii:</w:t>
      </w:r>
    </w:p>
    <w:p>
      <w:r>
        <w:rPr>
          <w:b w:val="0"/>
          <w:sz w:val="20"/>
        </w:rPr>
        <w:t>1. Copie după cartea funciară / Extras de carte funciară actualizat</w:t>
      </w:r>
    </w:p>
    <w:p>
      <w:r>
        <w:rPr>
          <w:b w:val="0"/>
          <w:sz w:val="20"/>
        </w:rPr>
        <w:t>2. Plan de situație și delimitare a terenului</w:t>
      </w:r>
    </w:p>
    <w:p>
      <w:r>
        <w:rPr>
          <w:b w:val="0"/>
          <w:sz w:val="20"/>
        </w:rPr>
        <w:t>3. Avize și acorduri specifice, după caz</w:t>
      </w:r>
    </w:p>
    <w:p>
      <w:r>
        <w:rPr>
          <w:b w:val="0"/>
          <w:sz w:val="20"/>
        </w:rPr>
        <w:t>4. Alte documente relevante : _______________________________________________</w:t>
      </w:r>
    </w:p>
    <w:p/>
    <w:p>
      <w:r>
        <w:rPr>
          <w:b/>
          <w:sz w:val="20"/>
        </w:rPr>
        <w:t>Declarație</w:t>
      </w:r>
    </w:p>
    <w:p>
      <w:r>
        <w:rPr>
          <w:b w:val="0"/>
          <w:sz w:val="20"/>
        </w:rPr>
        <w:t>Subsemnatul/a declar pe propria răspundere că informațiile furnizate în prezenta cerere sunt reale și corecte și că terenul nu face obiectul niciunei litigii sau sarcini.</w:t>
      </w:r>
    </w:p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Funcționar primărie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https://cerere-rapida.com/model-cerere-trecere-teren-extravilan-in-intravilan/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model-cerere-trecere-teren-extravilan-in-intravilan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