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CERERE</w:t>
      </w:r>
    </w:p>
    <w:p>
      <w:pPr>
        <w:jc w:val="center"/>
      </w:pPr>
      <w:r>
        <w:rPr>
          <w:b/>
          <w:sz w:val="20"/>
        </w:rPr>
        <w:t>pentru schimbarea cărții de identitate (buletinului) expirat</w:t>
      </w:r>
    </w:p>
    <w:p/>
    <w:p/>
    <w:p>
      <w:r>
        <w:rPr>
          <w:b/>
          <w:sz w:val="20"/>
        </w:rPr>
        <w:t>Subsemnatul/a : ____________________________________________________________</w:t>
      </w:r>
    </w:p>
    <w:p>
      <w:r>
        <w:rPr>
          <w:b w:val="0"/>
          <w:sz w:val="20"/>
        </w:rPr>
        <w:t>CNP : _______________________________________________________________</w:t>
      </w:r>
    </w:p>
    <w:p>
      <w:r>
        <w:rPr>
          <w:b w:val="0"/>
          <w:sz w:val="20"/>
        </w:rPr>
        <w:t>Data nașterii : ___________________________ Locul nașterii : ________________________</w:t>
      </w:r>
    </w:p>
    <w:p>
      <w:r>
        <w:rPr>
          <w:b w:val="0"/>
          <w:sz w:val="20"/>
        </w:rPr>
        <w:t>Domiciliul : ______________________________________________________________</w:t>
      </w:r>
    </w:p>
    <w:p>
      <w:r>
        <w:rPr>
          <w:b w:val="0"/>
          <w:sz w:val="20"/>
        </w:rPr>
        <w:t>Număr Carte de Identitate actuală : __________________________ Eliberată de : ___________________</w:t>
      </w:r>
    </w:p>
    <w:p/>
    <w:p>
      <w:r>
        <w:rPr>
          <w:b/>
          <w:sz w:val="20"/>
        </w:rPr>
        <w:t>Prin prezenta solicit schimbarea cărții de identitate (buletinului) expirat, în conformitate cu prevederile legale în vigoare.</w:t>
      </w:r>
    </w:p>
    <w:p/>
    <w:p>
      <w:r>
        <w:rPr>
          <w:b/>
          <w:sz w:val="20"/>
        </w:rPr>
        <w:t>Motivul solicitării :</w:t>
      </w:r>
    </w:p>
    <w:p>
      <w:r>
        <w:rPr>
          <w:b w:val="0"/>
          <w:sz w:val="20"/>
        </w:rPr>
        <w:t>☐ Expirarea termenului de valabilitate a cărții de identitate</w:t>
      </w:r>
    </w:p>
    <w:p>
      <w:r>
        <w:rPr>
          <w:b w:val="0"/>
          <w:sz w:val="20"/>
        </w:rPr>
        <w:t>☐ Modificarea datelor personale</w:t>
      </w:r>
    </w:p>
    <w:p>
      <w:r>
        <w:rPr>
          <w:b w:val="0"/>
          <w:sz w:val="20"/>
        </w:rPr>
        <w:t>☐ Alte motive (specificați) : _____________________________________________</w:t>
      </w:r>
    </w:p>
    <w:p/>
    <w:p>
      <w:r>
        <w:rPr>
          <w:b/>
          <w:sz w:val="20"/>
        </w:rPr>
        <w:t>Declar pe propria răspundere că datele menționate mai sus sunt corecte și conforme cu realitatea.</w:t>
      </w:r>
    </w:p>
    <w:p/>
    <w:p/>
    <w:p>
      <w:r>
        <w:rPr>
          <w:b/>
          <w:sz w:val="20"/>
        </w:rPr>
        <w:t>Anexez la prezenta cerere următoarele documente :</w:t>
      </w:r>
    </w:p>
    <w:p>
      <w:r>
        <w:rPr>
          <w:b w:val="0"/>
          <w:sz w:val="20"/>
        </w:rPr>
        <w:t>1. Cartea de identitate expirat(ă)</w:t>
      </w:r>
    </w:p>
    <w:p>
      <w:r>
        <w:rPr>
          <w:b w:val="0"/>
          <w:sz w:val="20"/>
        </w:rPr>
        <w:t>2. Act de stare civilă (certificat de naștere, căsătorie etc.), după caz</w:t>
      </w:r>
    </w:p>
    <w:p>
      <w:r>
        <w:rPr>
          <w:b w:val="0"/>
          <w:sz w:val="20"/>
        </w:rPr>
        <w:t>3. Dovada plății taxelor legale (chitanță)</w:t>
      </w:r>
    </w:p>
    <w:p>
      <w:r>
        <w:rPr>
          <w:b w:val="0"/>
          <w:sz w:val="20"/>
        </w:rPr>
        <w:t>4. Alte documente justificative : __________________________________________</w:t>
      </w:r>
    </w:p>
    <w:p/>
    <w:p/>
    <w:p>
      <w:r>
        <w:rPr>
          <w:b/>
          <w:sz w:val="20"/>
        </w:rPr>
        <w:t>Solicit emiterea noii cărți de identitate în conformitate cu datele furnizate.</w:t>
      </w:r>
    </w:p>
    <w:p/>
    <w:p/>
    <w:p>
      <w:r>
        <w:rPr>
          <w:b w:val="0"/>
          <w:sz w:val="20"/>
        </w:rPr>
        <w:t>Data : _____________________________                                Semnătura solicitantului : 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Primăria/Serviciul Public Comunitar Local de Evidență a Persoanelor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Ștampilă și semnătură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br/>
              <w:br/>
              <w:t>Data primirii cererii : 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br/>
              <w:br/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https://cerere-rapida.com/model-cerere-schimbare-buletin-expirat/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https://cerere-rapida.com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cerere-rapida.com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erere-rapida.com/model-cerere-schimbare-buletin-expirat/" TargetMode="External"/><Relationship Id="rId10" Type="http://schemas.openxmlformats.org/officeDocument/2006/relationships/hyperlink" Target="https://cerere-rapid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