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CERERE DE REVOCARE A ORDINULUI DE PROTECȚIE</w:t>
      </w:r>
    </w:p>
    <w:p/>
    <w:p/>
    <w:p>
      <w:r>
        <w:rPr>
          <w:b/>
          <w:sz w:val="20"/>
        </w:rPr>
        <w:t>Către,</w:t>
      </w:r>
    </w:p>
    <w:p>
      <w:r>
        <w:rPr>
          <w:b w:val="0"/>
          <w:sz w:val="20"/>
        </w:rPr>
        <w:t>Judecătoria _______________________________</w:t>
      </w:r>
    </w:p>
    <w:p/>
    <w:p>
      <w:r>
        <w:rPr>
          <w:b/>
          <w:sz w:val="20"/>
        </w:rPr>
        <w:t>Subsemnatul/a,</w:t>
      </w:r>
    </w:p>
    <w:p>
      <w:r>
        <w:rPr>
          <w:b w:val="0"/>
          <w:sz w:val="20"/>
        </w:rPr>
        <w:t>Nume și prenume : _________________________________________________</w:t>
      </w:r>
    </w:p>
    <w:p>
      <w:r>
        <w:rPr>
          <w:b w:val="0"/>
          <w:sz w:val="20"/>
        </w:rPr>
        <w:t>Domiciliul : _________________________________________________________</w:t>
      </w:r>
    </w:p>
    <w:p>
      <w:r>
        <w:rPr>
          <w:b w:val="0"/>
          <w:sz w:val="20"/>
        </w:rPr>
        <w:t>CNP : ________________________________________________________________</w:t>
      </w:r>
    </w:p>
    <w:p>
      <w:r>
        <w:rPr>
          <w:b w:val="0"/>
          <w:sz w:val="20"/>
        </w:rPr>
        <w:t>Telefon : _____________________________________________________________</w:t>
      </w:r>
    </w:p>
    <w:p/>
    <w:p>
      <w:pPr>
        <w:jc w:val="center"/>
      </w:pPr>
      <w:r>
        <w:rPr>
          <w:b/>
          <w:sz w:val="20"/>
        </w:rPr>
        <w:t>În calitate de reclamant, formulez prezenta</w:t>
      </w:r>
    </w:p>
    <w:p>
      <w:pPr>
        <w:jc w:val="center"/>
      </w:pPr>
      <w:r>
        <w:rPr>
          <w:b/>
          <w:sz w:val="20"/>
        </w:rPr>
        <w:t>CERERE DE REVOCARE A ORDINULUI DE PROTECȚIE</w:t>
      </w:r>
    </w:p>
    <w:p/>
    <w:p>
      <w:r>
        <w:rPr>
          <w:b/>
          <w:sz w:val="20"/>
        </w:rPr>
        <w:t>În fapt,</w:t>
      </w:r>
    </w:p>
    <w:p>
      <w:r>
        <w:rPr>
          <w:b w:val="0"/>
          <w:sz w:val="20"/>
        </w:rPr>
        <w:t>Prin Ordinul de Protecție emis la data ______________, Judecătoria __________________ a dispus următoarele măsuri de protecție față de pârâtul:</w:t>
      </w:r>
    </w:p>
    <w:p>
      <w:r>
        <w:rPr>
          <w:b w:val="0"/>
          <w:sz w:val="20"/>
        </w:rPr>
        <w:t>Nume și prenume pârât : ________________________________________________</w:t>
      </w:r>
    </w:p>
    <w:p>
      <w:r>
        <w:rPr>
          <w:b w:val="0"/>
          <w:sz w:val="20"/>
        </w:rPr>
        <w:t>Domiciliu pârât : _______________________________________________________</w:t>
      </w:r>
    </w:p>
    <w:p/>
    <w:p>
      <w:r>
        <w:rPr>
          <w:b/>
          <w:sz w:val="20"/>
        </w:rPr>
        <w:t>Consider că măsurile dispuse nu mai sunt necesare din următoarele motive:</w:t>
      </w:r>
    </w:p>
    <w:p>
      <w:r>
        <w:rPr>
          <w:b w:val="0"/>
          <w:sz w:val="20"/>
        </w:rPr>
        <w:t>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</w:t>
      </w:r>
    </w:p>
    <w:p/>
    <w:p>
      <w:r>
        <w:rPr>
          <w:b w:val="0"/>
          <w:sz w:val="20"/>
        </w:rPr>
        <w:t>De asemenea, declar că relația dintre mine și pârât s-a modificat astfel încât nu mai există pericol iminent pentru integritatea mea fizică sau psihică.</w:t>
      </w:r>
    </w:p>
    <w:p/>
    <w:p>
      <w:r>
        <w:rPr>
          <w:b/>
          <w:sz w:val="20"/>
        </w:rPr>
        <w:t>În drept,</w:t>
      </w:r>
    </w:p>
    <w:p>
      <w:r>
        <w:rPr>
          <w:b w:val="0"/>
          <w:sz w:val="20"/>
        </w:rPr>
        <w:t>Conform art. 23 alin. (4) din Legea nr. 217/2003 privind prevenirea și combaterea violenței în familie, reclamantul poate solicita revocarea ordinului de protecție atunci când circumstanțele au încetat să mai justifice măsurile dispuse.</w:t>
      </w:r>
    </w:p>
    <w:p/>
    <w:p>
      <w:r>
        <w:rPr>
          <w:b/>
          <w:sz w:val="20"/>
        </w:rPr>
        <w:t>În temeiul celor de mai sus, solicit:</w:t>
      </w:r>
    </w:p>
    <w:p>
      <w:r>
        <w:rPr>
          <w:b w:val="0"/>
          <w:sz w:val="20"/>
        </w:rPr>
        <w:t>Revocarea Ordinului de Protecție nr. ______ emis la data ______________ de Judecătoria __________________.</w:t>
      </w:r>
    </w:p>
    <w:p/>
    <w:p>
      <w:r>
        <w:rPr>
          <w:b/>
          <w:sz w:val="20"/>
        </w:rPr>
        <w:t>Anexez la prezenta următoarele documente:</w:t>
      </w:r>
    </w:p>
    <w:p>
      <w:r>
        <w:rPr>
          <w:b w:val="0"/>
          <w:sz w:val="20"/>
        </w:rPr>
        <w:t>- copia Ordinului de Protecție emis;</w:t>
      </w:r>
    </w:p>
    <w:p>
      <w:r>
        <w:rPr>
          <w:b w:val="0"/>
          <w:sz w:val="20"/>
        </w:rPr>
        <w:t>- alte documente relevante (dacă este cazul).</w:t>
      </w:r>
    </w:p>
    <w:p/>
    <w:p/>
    <w:p>
      <w:r>
        <w:rPr>
          <w:b w:val="0"/>
          <w:sz w:val="20"/>
        </w:rPr>
        <w:t>Locul : ____________________________    Data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Semnătura reclamantului : 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Nume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Sursa originala a acestui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https://cerere-rapida.com/model-cerere-revocare-ordin-de-protectie/</w:t>
        </w:r>
      </w:hyperlink>
    </w:p>
    <w:p>
      <w:pPr>
        <w:jc w:val="center"/>
      </w:pPr>
      <w:r>
        <w:rPr>
          <w:color w:val="555555"/>
          <w:sz w:val="26"/>
        </w:rPr>
        <w:t>Acest model ti-a fost de ajutor?</w:t>
      </w:r>
    </w:p>
    <w:p>
      <w:pPr>
        <w:jc w:val="center"/>
      </w:pPr>
      <w:r>
        <w:rPr>
          <w:color w:val="555555"/>
          <w:sz w:val="26"/>
        </w:rPr>
        <w:t>Poti accesa alte modele actualizate pe site-ul nostru: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https://cerere-rapida.com</w:t>
        </w:r>
      </w:hyperlink>
    </w:p>
    <w:p>
      <w:pPr>
        <w:jc w:val="center"/>
      </w:pPr>
      <w:r>
        <w:rPr>
          <w:color w:val="808080"/>
          <w:sz w:val="20"/>
        </w:rPr>
        <w:t>Acest model este destinat exclusiv utilizarii personale, necomerciale.</w:t>
        <w:br/>
        <w:t>Orice distribuire sau publicare trebuie sa mentioneze sursa. © cerere-rapida.com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cerere-rapida.com/model-cerere-revocare-ordin-de-protectie/" TargetMode="External"/><Relationship Id="rId10" Type="http://schemas.openxmlformats.org/officeDocument/2006/relationships/hyperlink" Target="https://cerere-rapid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