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CERERE DE ÎNSCRIERE ÎN POLIȚIE</w:t>
      </w:r>
    </w:p>
    <w:p/>
    <w:p/>
    <w:p>
      <w:r>
        <w:rPr>
          <w:b/>
          <w:sz w:val="20"/>
        </w:rPr>
        <w:t>Către,</w:t>
      </w:r>
    </w:p>
    <w:p>
      <w:r>
        <w:rPr>
          <w:b w:val="0"/>
          <w:sz w:val="20"/>
        </w:rPr>
        <w:t>Inspectoratul General al Poliției Române</w:t>
      </w:r>
    </w:p>
    <w:p>
      <w:r>
        <w:rPr>
          <w:b w:val="0"/>
          <w:sz w:val="20"/>
        </w:rPr>
        <w:t>Secția/Structura de Poliție: _____________________________</w:t>
      </w:r>
    </w:p>
    <w:p/>
    <w:p/>
    <w:p>
      <w:r>
        <w:rPr>
          <w:b/>
          <w:sz w:val="20"/>
        </w:rPr>
        <w:t>Datele personale ale solicitantului:</w:t>
      </w:r>
    </w:p>
    <w:p>
      <w:r>
        <w:rPr>
          <w:b w:val="0"/>
          <w:sz w:val="20"/>
        </w:rPr>
        <w:t>Nume și prenume : _______________________________________________________</w:t>
      </w:r>
    </w:p>
    <w:p>
      <w:r>
        <w:rPr>
          <w:b w:val="0"/>
          <w:sz w:val="20"/>
        </w:rPr>
        <w:t>Data nașterii : ______________________</w:t>
      </w:r>
    </w:p>
    <w:p>
      <w:r>
        <w:rPr>
          <w:b w:val="0"/>
          <w:sz w:val="20"/>
        </w:rPr>
        <w:t>Locul nașterii : _________________________________________________________</w:t>
      </w:r>
    </w:p>
    <w:p>
      <w:r>
        <w:rPr>
          <w:b w:val="0"/>
          <w:sz w:val="20"/>
        </w:rPr>
        <w:t>Domiciliul : ______________________________________________________________</w:t>
      </w:r>
    </w:p>
    <w:p>
      <w:r>
        <w:rPr>
          <w:b w:val="0"/>
          <w:sz w:val="20"/>
        </w:rPr>
        <w:t>CNP : 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</w:t>
      </w:r>
    </w:p>
    <w:p>
      <w:r>
        <w:rPr>
          <w:b w:val="0"/>
          <w:sz w:val="20"/>
        </w:rPr>
        <w:t>Adresă de email : ____________________________________________________</w:t>
      </w:r>
    </w:p>
    <w:p/>
    <w:p>
      <w:r>
        <w:rPr>
          <w:b/>
          <w:sz w:val="20"/>
        </w:rPr>
        <w:t>Studii și calificări:</w:t>
      </w:r>
    </w:p>
    <w:p>
      <w:r>
        <w:rPr>
          <w:b w:val="0"/>
          <w:sz w:val="20"/>
        </w:rPr>
        <w:t>Instituția de învățământ absolvită : _____________________________________</w:t>
      </w:r>
    </w:p>
    <w:p>
      <w:r>
        <w:rPr>
          <w:b w:val="0"/>
          <w:sz w:val="20"/>
        </w:rPr>
        <w:t>Calificarea obținută : ___________________________________________________</w:t>
      </w:r>
    </w:p>
    <w:p>
      <w:r>
        <w:rPr>
          <w:b w:val="0"/>
          <w:sz w:val="20"/>
        </w:rPr>
        <w:t>Alte calificări relevante : _______________________________________________</w:t>
      </w:r>
    </w:p>
    <w:p/>
    <w:p>
      <w:r>
        <w:rPr>
          <w:b/>
          <w:sz w:val="20"/>
        </w:rPr>
        <w:t>Experiență profesională relevantă:</w:t>
      </w:r>
    </w:p>
    <w:p>
      <w:r>
        <w:rPr>
          <w:b w:val="0"/>
          <w:sz w:val="20"/>
        </w:rPr>
        <w:t>Locul de muncă anterior : _______________________________________________</w:t>
      </w:r>
    </w:p>
    <w:p>
      <w:r>
        <w:rPr>
          <w:b w:val="0"/>
          <w:sz w:val="20"/>
        </w:rPr>
        <w:t>Funcția ocupată : _______________________________________________________</w:t>
      </w:r>
    </w:p>
    <w:p>
      <w:r>
        <w:rPr>
          <w:b w:val="0"/>
          <w:sz w:val="20"/>
        </w:rPr>
        <w:t>Perioada : _______________________________________________________________</w:t>
      </w:r>
    </w:p>
    <w:p/>
    <w:p>
      <w:r>
        <w:rPr>
          <w:b/>
          <w:sz w:val="20"/>
        </w:rPr>
        <w:t>Motivarea cererii:</w:t>
      </w:r>
    </w:p>
    <w:p>
      <w:r>
        <w:rPr>
          <w:b w:val="0"/>
          <w:sz w:val="20"/>
        </w:rPr>
        <w:t>Subsemnatul(a), prin prezenta, solicit înscrierea în cadrul Poliției Române, declarând că îndeplinesc condițiile legale prevăzute de Legea nr. 360/2002 privind Statutul polițistului,</w:t>
      </w:r>
    </w:p>
    <w:p>
      <w:r>
        <w:rPr>
          <w:b w:val="0"/>
          <w:sz w:val="20"/>
        </w:rPr>
        <w:t>și am cunoștință de drepturile și obligațiile ce decurg din aceasta.</w:t>
      </w:r>
    </w:p>
    <w:p/>
    <w:p>
      <w:r>
        <w:rPr>
          <w:b/>
          <w:sz w:val="20"/>
        </w:rPr>
        <w:t>Declarații pe proprie răspundere:</w:t>
      </w:r>
    </w:p>
    <w:p>
      <w:r>
        <w:rPr>
          <w:b w:val="0"/>
          <w:sz w:val="20"/>
        </w:rPr>
        <w:t>Declar că nu am antecedente penale și că nu mă aflu în situația care să mă împiedice să fiu angajat în Poliția Română.</w:t>
      </w:r>
    </w:p>
    <w:p>
      <w:r>
        <w:rPr>
          <w:b w:val="0"/>
          <w:sz w:val="20"/>
        </w:rPr>
        <w:t>Declar că datele înscrise în această cerere sunt reale și corecte.</w:t>
      </w:r>
    </w:p>
    <w:p/>
    <w:p/>
    <w:p>
      <w:r>
        <w:rPr>
          <w:b w:val="0"/>
          <w:sz w:val="20"/>
        </w:rPr>
        <w:t>Locul completării cererii : _____________________________________________</w:t>
      </w:r>
    </w:p>
    <w:p>
      <w:r>
        <w:rPr>
          <w:b w:val="0"/>
          <w:sz w:val="20"/>
        </w:rPr>
        <w:t>Data completării cererii : 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Semnătura solicitantului: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https://cerere-rapida.com/model-cerere-inscriere-politie-completata/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https://cerere-rapida.com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cerere-rapida.com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erere-rapida.com/model-cerere-inscriere-politie-completata/" TargetMode="External"/><Relationship Id="rId10" Type="http://schemas.openxmlformats.org/officeDocument/2006/relationships/hyperlink" Target="https://cerere-rapi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