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CERERE CONCESIONARE LOC DE VECI</w:t>
      </w:r>
    </w:p>
    <w:p/>
    <w:p/>
    <w:p>
      <w:r>
        <w:rPr>
          <w:b/>
          <w:sz w:val="20"/>
        </w:rPr>
        <w:t>Către :</w:t>
      </w:r>
    </w:p>
    <w:p>
      <w:r>
        <w:rPr>
          <w:b w:val="0"/>
          <w:sz w:val="20"/>
        </w:rPr>
        <w:t>Primăria Comunei ___________________________</w:t>
      </w:r>
    </w:p>
    <w:p>
      <w:r>
        <w:rPr>
          <w:b w:val="0"/>
          <w:sz w:val="20"/>
        </w:rPr>
        <w:t>Serviciul Evidență Populație și Stare Civilă</w:t>
      </w:r>
    </w:p>
    <w:p/>
    <w:p>
      <w:r>
        <w:rPr>
          <w:b/>
          <w:sz w:val="20"/>
        </w:rPr>
        <w:t>Subsemnatul/Subsemnata :</w:t>
      </w:r>
    </w:p>
    <w:p>
      <w:r>
        <w:rPr>
          <w:b w:val="0"/>
          <w:sz w:val="20"/>
        </w:rPr>
        <w:t>Nume și prenume : _________________________________________________</w:t>
      </w:r>
    </w:p>
    <w:p>
      <w:r>
        <w:rPr>
          <w:b w:val="0"/>
          <w:sz w:val="20"/>
        </w:rPr>
        <w:t>CNP : _____________________________________________________________</w:t>
      </w:r>
    </w:p>
    <w:p>
      <w:r>
        <w:rPr>
          <w:b w:val="0"/>
          <w:sz w:val="20"/>
        </w:rPr>
        <w:t>Domiciliul : ______________________________________________________</w:t>
      </w:r>
    </w:p>
    <w:p>
      <w:r>
        <w:rPr>
          <w:b w:val="0"/>
          <w:sz w:val="20"/>
        </w:rPr>
        <w:t>Telefon : _________________________________________________________</w:t>
      </w:r>
    </w:p>
    <w:p>
      <w:r>
        <w:rPr>
          <w:b w:val="0"/>
          <w:sz w:val="20"/>
        </w:rPr>
        <w:t>Email (dacă este cazul) : ___________________________________________</w:t>
      </w:r>
    </w:p>
    <w:p/>
    <w:p>
      <w:r>
        <w:rPr>
          <w:b w:val="0"/>
          <w:sz w:val="20"/>
        </w:rPr>
        <w:t>În calitate de solicitant, formulez prezenta cerere pentru concesionarea unui loc de veci în cimitirul din localitatea ____________________, conform prevederilor legale în vigoare.</w:t>
      </w:r>
    </w:p>
    <w:p/>
    <w:p>
      <w:r>
        <w:rPr>
          <w:b/>
          <w:sz w:val="20"/>
        </w:rPr>
        <w:t>Date privind locul de veci solicitat:</w:t>
      </w:r>
    </w:p>
    <w:p>
      <w:r>
        <w:rPr>
          <w:b w:val="0"/>
          <w:sz w:val="20"/>
        </w:rPr>
        <w:t>• Locul prevăzut pentru concesionare : ________________________________________</w:t>
      </w:r>
    </w:p>
    <w:p>
      <w:r>
        <w:rPr>
          <w:b w:val="0"/>
          <w:sz w:val="20"/>
        </w:rPr>
        <w:t>• Cimitirul : _________________________________________________________________</w:t>
      </w:r>
    </w:p>
    <w:p>
      <w:r>
        <w:rPr>
          <w:b w:val="0"/>
          <w:sz w:val="20"/>
        </w:rPr>
        <w:t>• Suprafața dorită : __________________________________________________________</w:t>
      </w:r>
    </w:p>
    <w:p>
      <w:r>
        <w:rPr>
          <w:b w:val="0"/>
          <w:sz w:val="20"/>
        </w:rPr>
        <w:t>• Durata concesionării solicitate : _____________________________________________</w:t>
      </w:r>
    </w:p>
    <w:p/>
    <w:p>
      <w:r>
        <w:rPr>
          <w:b/>
          <w:sz w:val="20"/>
        </w:rPr>
        <w:t>Motivația cererii :</w:t>
      </w:r>
    </w:p>
    <w:p>
      <w:r>
        <w:rPr>
          <w:b w:val="0"/>
          <w:sz w:val="20"/>
        </w:rPr>
        <w:t>______________________________________________________________________________</w:t>
      </w:r>
    </w:p>
    <w:p>
      <w:r>
        <w:rPr>
          <w:b w:val="0"/>
          <w:sz w:val="20"/>
        </w:rPr>
        <w:t>______________________________________________________________________________</w:t>
      </w:r>
    </w:p>
    <w:p>
      <w:r>
        <w:rPr>
          <w:b w:val="0"/>
          <w:sz w:val="20"/>
        </w:rPr>
        <w:t>______________________________________________________________________________</w:t>
      </w:r>
    </w:p>
    <w:p/>
    <w:p>
      <w:r>
        <w:rPr>
          <w:b w:val="0"/>
          <w:sz w:val="20"/>
        </w:rPr>
        <w:t>Declar pe propria răspundere că datele menționate în prezenta cerere sunt reale și corecte, că am luat la cunoștință prevederile legale privind concesionarea locurilor de veci și mă angajez să respect obligațiile ce derivă din concesionarea acestora.</w:t>
      </w:r>
    </w:p>
    <w:p/>
    <w:p/>
    <w:p>
      <w:r>
        <w:rPr>
          <w:b w:val="0"/>
          <w:sz w:val="20"/>
        </w:rPr>
        <w:t>Data : _____________________</w:t>
      </w:r>
    </w:p>
    <w:p/>
    <w:p>
      <w:r>
        <w:rPr>
          <w:b w:val="0"/>
          <w:sz w:val="20"/>
        </w:rPr>
        <w:t>Semnătura solicitantului : _______________________________________________</w:t>
      </w:r>
    </w:p>
    <w:p/>
    <w:p/>
    <w:p/>
    <w:p>
      <w:r>
        <w:rPr>
          <w:b/>
          <w:sz w:val="20"/>
        </w:rPr>
        <w:t>DECIZIA AUTORITĂȚII PUBLICE :</w:t>
      </w:r>
    </w:p>
    <w:p>
      <w:r>
        <w:rPr>
          <w:b w:val="0"/>
          <w:sz w:val="20"/>
        </w:rPr>
        <w:t>□ Aprobată concesionarea locului de veci solicitat pentru o perioadă de ______ ani.</w:t>
      </w:r>
    </w:p>
    <w:p>
      <w:r>
        <w:rPr>
          <w:b w:val="0"/>
          <w:sz w:val="20"/>
        </w:rPr>
        <w:t>□ Respinge cererea din următoarele motive :</w:t>
      </w:r>
    </w:p>
    <w:p>
      <w:r>
        <w:rPr>
          <w:b w:val="0"/>
          <w:sz w:val="20"/>
        </w:rPr>
        <w:t>______________________________________________________________________________</w:t>
      </w:r>
    </w:p>
    <w:p>
      <w:r>
        <w:rPr>
          <w:b w:val="0"/>
          <w:sz w:val="20"/>
        </w:rPr>
        <w:t>______________________________________________________________________________</w:t>
      </w:r>
    </w:p>
    <w:p/>
    <w:p/>
    <w:p>
      <w:r>
        <w:rPr>
          <w:b w:val="0"/>
          <w:sz w:val="20"/>
        </w:rPr>
        <w:t>Data : _____________________</w:t>
      </w:r>
    </w:p>
    <w:p>
      <w:r>
        <w:rPr>
          <w:b w:val="0"/>
          <w:sz w:val="20"/>
        </w:rPr>
        <w:t>Semnătura și ștampila reprezentantului autorității publice : __________________</w:t>
      </w:r>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Solicitant</w:t>
            </w:r>
          </w:p>
        </w:tc>
        <w:tc>
          <w:tcPr>
            <w:tcW w:type="dxa" w:w="4986"/>
            <w:tcBorders>
              <w:top w:val="nil"/>
              <w:left w:val="nil"/>
              <w:bottom w:val="nil"/>
              <w:right w:val="nil"/>
              <w:insideH w:val="nil"/>
              <w:insideV w:val="nil"/>
            </w:tcBorders>
          </w:tcPr>
          <w:p>
            <w:pPr>
              <w:jc w:val="center"/>
            </w:pPr>
            <w:r>
              <w:t>Reprezentant autoritate publică</w:t>
            </w:r>
          </w:p>
        </w:tc>
      </w:tr>
      <w:tr>
        <w:tc>
          <w:tcPr>
            <w:tcW w:type="dxa" w:w="4986"/>
            <w:tcBorders>
              <w:top w:val="nil"/>
              <w:left w:val="nil"/>
              <w:bottom w:val="nil"/>
              <w:right w:val="nil"/>
              <w:insideH w:val="nil"/>
              <w:insideV w:val="nil"/>
            </w:tcBorders>
          </w:tcPr>
          <w:p>
            <w:pPr>
              <w:jc w:val="center"/>
            </w:pPr>
            <w:r>
              <w:br/>
              <w:br/>
              <w:t>Semnătura : _________________________</w:t>
            </w:r>
          </w:p>
        </w:tc>
        <w:tc>
          <w:tcPr>
            <w:tcW w:type="dxa" w:w="4986"/>
            <w:tcBorders>
              <w:top w:val="nil"/>
              <w:left w:val="nil"/>
              <w:bottom w:val="nil"/>
              <w:right w:val="nil"/>
              <w:insideH w:val="nil"/>
              <w:insideV w:val="nil"/>
            </w:tcBorders>
          </w:tcPr>
          <w:p>
            <w:pPr>
              <w:jc w:val="center"/>
            </w:pPr>
            <w:r>
              <w:br/>
              <w:br/>
              <w:t>Semnătura : _________________________</w:t>
            </w:r>
          </w:p>
        </w:tc>
      </w:tr>
    </w:tbl>
    <w:p>
      <w:r>
        <w:br w:type="page"/>
      </w:r>
    </w:p>
    <w:p>
      <w:pPr>
        <w:jc w:val="center"/>
      </w:pPr>
      <w:r>
        <w:rPr>
          <w:color w:val="555555"/>
          <w:sz w:val="24"/>
        </w:rPr>
        <w:t>Sursa originala a acestui document:</w:t>
      </w:r>
    </w:p>
    <w:p>
      <w:pPr>
        <w:jc w:val="center"/>
      </w:pPr>
      <w:hyperlink r:id="rId9">
        <w:r>
          <w:rPr>
            <w:color w:val="0000FF"/>
            <w:u w:val="single"/>
          </w:rPr>
          <w:t>https://cerere-rapida.com/model-cerere-concesionare-loc-de-veci/</w:t>
        </w:r>
      </w:hyperlink>
    </w:p>
    <w:p>
      <w:pPr>
        <w:jc w:val="center"/>
      </w:pPr>
      <w:r>
        <w:rPr>
          <w:color w:val="555555"/>
          <w:sz w:val="26"/>
        </w:rPr>
        <w:t>Acest model ti-a fost de ajutor?</w:t>
      </w:r>
    </w:p>
    <w:p>
      <w:pPr>
        <w:jc w:val="center"/>
      </w:pPr>
      <w:r>
        <w:rPr>
          <w:color w:val="555555"/>
          <w:sz w:val="26"/>
        </w:rPr>
        <w:t>Poti accesa alte modele actualizate pe site-ul nostru:</w:t>
      </w:r>
    </w:p>
    <w:p>
      <w:pPr>
        <w:jc w:val="center"/>
      </w:pPr>
      <w:hyperlink r:id="rId10">
        <w:r>
          <w:rPr>
            <w:color w:val="0000FF"/>
            <w:u w:val="single"/>
          </w:rPr>
          <w:t>https://cerere-rapida.com</w:t>
        </w:r>
      </w:hyperlink>
    </w:p>
    <w:p>
      <w:pPr>
        <w:jc w:val="center"/>
      </w:pPr>
      <w:r>
        <w:rPr>
          <w:color w:val="808080"/>
          <w:sz w:val="20"/>
        </w:rPr>
        <w:t>Acest model este destinat exclusiv utilizarii personale, necomerciale.</w:t>
        <w:br/>
        <w:t>Orice distribuire sau publicare trebuie sa mentioneze sursa. © cerere-rapida.com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erere-rapida.com/model-cerere-concesionare-loc-de-veci/" TargetMode="External"/><Relationship Id="rId10" Type="http://schemas.openxmlformats.org/officeDocument/2006/relationships/hyperlink" Target="https://cerere-rapid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