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</w:t>
      </w:r>
    </w:p>
    <w:p>
      <w:pPr>
        <w:jc w:val="center"/>
      </w:pPr>
      <w:r>
        <w:rPr>
          <w:b/>
          <w:sz w:val="20"/>
        </w:rPr>
        <w:t>Pentru eliberarea adeverinței de vechime în muncă</w:t>
      </w:r>
    </w:p>
    <w:p/>
    <w:p/>
    <w:p>
      <w:r>
        <w:rPr>
          <w:b/>
          <w:sz w:val="20"/>
        </w:rPr>
        <w:t>Subsemnatul(a) : ______________________________________________</w:t>
      </w:r>
    </w:p>
    <w:p>
      <w:r>
        <w:rPr>
          <w:b w:val="0"/>
          <w:sz w:val="20"/>
        </w:rPr>
        <w:t>CNP : __________________________________________________________</w:t>
      </w:r>
    </w:p>
    <w:p>
      <w:r>
        <w:rPr>
          <w:b w:val="0"/>
          <w:sz w:val="20"/>
        </w:rPr>
        <w:t>Domiciliat(ă) în : _______________________________________________</w:t>
      </w:r>
    </w:p>
    <w:p>
      <w:r>
        <w:rPr>
          <w:b w:val="0"/>
          <w:sz w:val="20"/>
        </w:rPr>
        <w:t>Telefon : _______________________________________________________</w:t>
      </w:r>
    </w:p>
    <w:p/>
    <w:p>
      <w:r>
        <w:rPr>
          <w:b/>
          <w:sz w:val="20"/>
        </w:rPr>
        <w:t>Către :</w:t>
      </w:r>
    </w:p>
    <w:p>
      <w:r>
        <w:rPr>
          <w:b w:val="0"/>
          <w:sz w:val="20"/>
        </w:rPr>
        <w:t>_______________________________ (numele instituției/employerului)</w:t>
      </w:r>
    </w:p>
    <w:p>
      <w:r>
        <w:rPr>
          <w:b w:val="0"/>
          <w:sz w:val="20"/>
        </w:rPr>
        <w:t>Adresa : ______________________________________________________</w:t>
      </w:r>
    </w:p>
    <w:p/>
    <w:p>
      <w:r>
        <w:rPr>
          <w:b/>
          <w:sz w:val="20"/>
        </w:rPr>
        <w:t>Subiect :</w:t>
      </w:r>
    </w:p>
    <w:p>
      <w:r>
        <w:rPr>
          <w:b w:val="0"/>
          <w:sz w:val="20"/>
        </w:rPr>
        <w:t>Solicit eliberarea adeverinței de vechime în muncă, necesară în vederea obținerii dreptului la pensie conform prevederilor legale în vigoare.</w:t>
      </w:r>
    </w:p>
    <w:p/>
    <w:p>
      <w:r>
        <w:rPr>
          <w:b/>
          <w:sz w:val="20"/>
        </w:rPr>
        <w:t>Motivare :</w:t>
      </w:r>
    </w:p>
    <w:p>
      <w:r>
        <w:rPr>
          <w:b w:val="0"/>
          <w:sz w:val="20"/>
        </w:rPr>
        <w:t>Prezenta adeverință este solicitată pentru a dovedi perioadele lucrate și contribuțiile realizate în sistemul public de pensii.</w:t>
      </w:r>
    </w:p>
    <w:p/>
    <w:p>
      <w:r>
        <w:rPr>
          <w:b/>
          <w:sz w:val="20"/>
        </w:rPr>
        <w:t>Declar pe proprie răspundere că datele furnizate sunt corecte și complete.</w:t>
      </w:r>
    </w:p>
    <w:p/>
    <w:p/>
    <w:p>
      <w:r>
        <w:rPr>
          <w:b w:val="0"/>
          <w:sz w:val="20"/>
        </w:rPr>
        <w:t>Locul : _________________________    Data : _________________________</w:t>
      </w:r>
    </w:p>
    <w:p/>
    <w:p/>
    <w:p>
      <w:r>
        <w:rPr>
          <w:b/>
          <w:sz w:val="20"/>
        </w:rPr>
        <w:t>Semnătura solicitantului : _________________________________</w:t>
      </w:r>
    </w:p>
    <w:p/>
    <w:p/>
    <w:p/>
    <w:p>
      <w:r>
        <w:rPr>
          <w:b/>
          <w:sz w:val="20"/>
        </w:rPr>
        <w:t>Pentru utilizare internă :</w:t>
      </w:r>
    </w:p>
    <w:p>
      <w:r>
        <w:rPr>
          <w:b w:val="0"/>
          <w:sz w:val="20"/>
        </w:rPr>
        <w:t>Adeverința de vechime în muncă a fost eliberată conform evidențelor instituției.</w:t>
      </w:r>
    </w:p>
    <w:p/>
    <w:p>
      <w:r>
        <w:rPr>
          <w:b w:val="0"/>
          <w:sz w:val="20"/>
        </w:rPr>
        <w:t>Locul : _________________________    Data : 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 emitere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Ștampilă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https://cerere-rapida.com/model-cerere-adeverinta-vechime-pentru-pensie/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https://cerere-rapida.com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cerere-rapida.com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erere-rapida.com/model-cerere-adeverinta-vechime-pentru-pensie/" TargetMode="External"/><Relationship Id="rId10" Type="http://schemas.openxmlformats.org/officeDocument/2006/relationships/hyperlink" Target="https://cerere-rapi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