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CERERE DE ELIBERARE NOTĂ DE SIMULARE</w:t>
      </w:r>
    </w:p>
    <w:p/>
    <w:p/>
    <w:p>
      <w:r>
        <w:rPr>
          <w:b/>
          <w:sz w:val="20"/>
        </w:rPr>
        <w:t>Date solicitant:</w:t>
      </w:r>
    </w:p>
    <w:p>
      <w:r>
        <w:rPr>
          <w:b w:val="0"/>
          <w:sz w:val="20"/>
        </w:rPr>
        <w:t>Numele și prenumele : ___________________________________________________</w:t>
      </w:r>
    </w:p>
    <w:p>
      <w:r>
        <w:rPr>
          <w:b w:val="0"/>
          <w:sz w:val="20"/>
        </w:rPr>
        <w:t>CNP : ___________________________________________________</w:t>
      </w:r>
    </w:p>
    <w:p>
      <w:r>
        <w:rPr>
          <w:b w:val="0"/>
          <w:sz w:val="20"/>
        </w:rPr>
        <w:t>Domiciliul : _______________________________________________________________</w:t>
      </w:r>
    </w:p>
    <w:p>
      <w:r>
        <w:rPr>
          <w:b w:val="0"/>
          <w:sz w:val="20"/>
        </w:rPr>
        <w:t>Telefon : _______________________    Email : _______________________________</w:t>
      </w:r>
    </w:p>
    <w:p/>
    <w:p>
      <w:r>
        <w:rPr>
          <w:b/>
          <w:sz w:val="20"/>
        </w:rPr>
        <w:t>Instituția unde se depune cererea:</w:t>
      </w:r>
    </w:p>
    <w:p>
      <w:r>
        <w:rPr>
          <w:b w:val="0"/>
          <w:sz w:val="20"/>
        </w:rPr>
        <w:t>Denumire : _______________________________________________________________</w:t>
      </w:r>
    </w:p>
    <w:p>
      <w:r>
        <w:rPr>
          <w:b w:val="0"/>
          <w:sz w:val="20"/>
        </w:rPr>
        <w:t>Adresă : _________________________________________________________________</w:t>
      </w:r>
    </w:p>
    <w:p>
      <w:r>
        <w:rPr>
          <w:b w:val="0"/>
          <w:sz w:val="20"/>
        </w:rPr>
        <w:t>Telefon : _______________________    Email : _______________________________</w:t>
      </w:r>
    </w:p>
    <w:p/>
    <w:p>
      <w:r>
        <w:rPr>
          <w:b/>
          <w:sz w:val="20"/>
        </w:rPr>
        <w:t>Obiectul cererii:</w:t>
      </w:r>
    </w:p>
    <w:p>
      <w:r>
        <w:rPr>
          <w:b w:val="0"/>
          <w:sz w:val="20"/>
        </w:rPr>
        <w:t>Subsemnatul/a, solicit eliberarea notei de simulare pentru următorul examen / test:</w:t>
      </w:r>
    </w:p>
    <w:p>
      <w:r>
        <w:rPr>
          <w:b w:val="0"/>
          <w:sz w:val="20"/>
        </w:rPr>
        <w:t>Denumire examen/test : _________________________________________________</w:t>
      </w:r>
    </w:p>
    <w:p>
      <w:r>
        <w:rPr>
          <w:b w:val="0"/>
          <w:sz w:val="20"/>
        </w:rPr>
        <w:t>Data examenului/testului : ______________________________________________</w:t>
      </w:r>
    </w:p>
    <w:p>
      <w:r>
        <w:rPr>
          <w:b w:val="0"/>
          <w:sz w:val="20"/>
        </w:rPr>
        <w:t>Motivul solicitării : _____________________________________________________</w:t>
      </w:r>
    </w:p>
    <w:p/>
    <w:p>
      <w:r>
        <w:rPr>
          <w:b/>
          <w:sz w:val="20"/>
        </w:rPr>
        <w:t>Declarație pe propria răspundere</w:t>
      </w:r>
    </w:p>
    <w:p>
      <w:r>
        <w:rPr>
          <w:b w:val="0"/>
          <w:sz w:val="20"/>
        </w:rPr>
        <w:t>Declar că datele furnizate sunt reale și complete și mă angajez să respect condițiile impuse de instituția de învățământ / organizatorul examenului în legătură cu utilizarea notei de simulare.</w:t>
      </w:r>
    </w:p>
    <w:p/>
    <w:p>
      <w:r>
        <w:rPr>
          <w:b/>
          <w:sz w:val="20"/>
        </w:rPr>
        <w:t>Documente anexate:</w:t>
      </w:r>
    </w:p>
    <w:p>
      <w:r>
        <w:rPr>
          <w:b w:val="0"/>
          <w:sz w:val="20"/>
        </w:rPr>
        <w:t>1. Copie act de identitate</w:t>
      </w:r>
    </w:p>
    <w:p>
      <w:r>
        <w:rPr>
          <w:b w:val="0"/>
          <w:sz w:val="20"/>
        </w:rPr>
        <w:t>2. Dovada achitării taxei (dacă este cazul)</w:t>
      </w:r>
    </w:p>
    <w:p>
      <w:r>
        <w:rPr>
          <w:b w:val="0"/>
          <w:sz w:val="20"/>
        </w:rPr>
        <w:t>3. Alte documente relevante: ________________________________________________</w:t>
      </w:r>
    </w:p>
    <w:p/>
    <w:p/>
    <w:p>
      <w:r>
        <w:rPr>
          <w:b w:val="0"/>
          <w:sz w:val="20"/>
        </w:rPr>
        <w:t>Locul, Data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Semnătura solicitantului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https://cerere-rapida.com/cerere-nota-simulare/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https://cerere-rapida.com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cerere-rapida.com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erere-rapida.com/cerere-nota-simulare/" TargetMode="External"/><Relationship Id="rId10" Type="http://schemas.openxmlformats.org/officeDocument/2006/relationships/hyperlink" Target="https://cerere-rapid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