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CERERE DE ÎNREGISTRARE ÎN REGISTRUL COMERŢULUI</w:t>
      </w:r>
    </w:p>
    <w:p>
      <w:pPr>
        <w:jc w:val="center"/>
      </w:pPr>
      <w:r>
        <w:rPr>
          <w:b/>
          <w:sz w:val="20"/>
        </w:rPr>
        <w:t>Model completat - Societate cu Răspundere Limitată (SRL)</w:t>
      </w:r>
    </w:p>
    <w:p/>
    <w:p/>
    <w:p>
      <w:r>
        <w:rPr>
          <w:b/>
          <w:sz w:val="20"/>
        </w:rPr>
        <w:t>1. Date privind societatea comercială :</w:t>
      </w:r>
    </w:p>
    <w:p>
      <w:r>
        <w:rPr>
          <w:b w:val="0"/>
          <w:sz w:val="20"/>
        </w:rPr>
        <w:t>Denumire societate : _______________________________________________</w:t>
      </w:r>
    </w:p>
    <w:p>
      <w:r>
        <w:rPr>
          <w:b w:val="0"/>
          <w:sz w:val="20"/>
        </w:rPr>
        <w:t>Formă juridică : Societate cu Răspundere Limitată (SRL)</w:t>
      </w:r>
    </w:p>
    <w:p>
      <w:r>
        <w:rPr>
          <w:b w:val="0"/>
          <w:sz w:val="20"/>
        </w:rPr>
        <w:t>Sediul social : _______________________________________________________</w:t>
      </w:r>
    </w:p>
    <w:p>
      <w:r>
        <w:rPr>
          <w:b w:val="0"/>
          <w:sz w:val="20"/>
        </w:rPr>
        <w:t>Cod poștal : ______________ Județ : _________________________________</w:t>
      </w:r>
    </w:p>
    <w:p>
      <w:r>
        <w:rPr>
          <w:b w:val="0"/>
          <w:sz w:val="20"/>
        </w:rPr>
        <w:t>Localitate : __________________________________________________________</w:t>
      </w:r>
    </w:p>
    <w:p>
      <w:r>
        <w:rPr>
          <w:b w:val="0"/>
          <w:sz w:val="20"/>
        </w:rPr>
        <w:t>Stradă : ______________________ Număr : ______ Bloc : ___ Scara : ___</w:t>
      </w:r>
    </w:p>
    <w:p>
      <w:r>
        <w:rPr>
          <w:b w:val="0"/>
          <w:sz w:val="20"/>
        </w:rPr>
        <w:t>Etaj : ___ Apartament : ____</w:t>
      </w:r>
    </w:p>
    <w:p>
      <w:r>
        <w:rPr>
          <w:b w:val="0"/>
          <w:sz w:val="20"/>
        </w:rPr>
        <w:t>Telefon : _______________ Fax : _______________ E-mail : ________________</w:t>
      </w:r>
    </w:p>
    <w:p/>
    <w:p>
      <w:r>
        <w:rPr>
          <w:b/>
          <w:sz w:val="20"/>
        </w:rPr>
        <w:t>2. Obiectul principal de activitate conform CAEN :</w:t>
      </w:r>
    </w:p>
    <w:p>
      <w:r>
        <w:rPr>
          <w:b w:val="0"/>
          <w:sz w:val="20"/>
        </w:rPr>
        <w:t>Cod CAEN : ________ Descriere : _______________________________________</w:t>
      </w:r>
    </w:p>
    <w:p/>
    <w:p>
      <w:r>
        <w:rPr>
          <w:b/>
          <w:sz w:val="20"/>
        </w:rPr>
        <w:t>3. Durata societății :</w:t>
      </w:r>
    </w:p>
    <w:p>
      <w:r>
        <w:rPr>
          <w:b w:val="0"/>
          <w:sz w:val="20"/>
        </w:rPr>
        <w:t>Durata : ____________________ (nelimitată/specificați durata)</w:t>
      </w:r>
    </w:p>
    <w:p/>
    <w:p>
      <w:r>
        <w:rPr>
          <w:b/>
          <w:sz w:val="20"/>
        </w:rPr>
        <w:t>4. Capital social :</w:t>
      </w:r>
    </w:p>
    <w:p>
      <w:r>
        <w:rPr>
          <w:b w:val="0"/>
          <w:sz w:val="20"/>
        </w:rPr>
        <w:t>Valoare capital social : ___________________ LEI</w:t>
      </w:r>
    </w:p>
    <w:p>
      <w:r>
        <w:rPr>
          <w:b w:val="0"/>
          <w:sz w:val="20"/>
        </w:rPr>
        <w:t>Număr părți sociale : ____________________</w:t>
      </w:r>
    </w:p>
    <w:p>
      <w:r>
        <w:rPr>
          <w:b w:val="0"/>
          <w:sz w:val="20"/>
        </w:rPr>
        <w:t>Valoare nominală parți sociale : ______________ LEI</w:t>
      </w:r>
    </w:p>
    <w:p/>
    <w:p>
      <w:r>
        <w:rPr>
          <w:b/>
          <w:sz w:val="20"/>
        </w:rPr>
        <w:t>5. Asociați :</w:t>
      </w:r>
    </w:p>
    <w:p>
      <w:r>
        <w:rPr>
          <w:b w:val="0"/>
          <w:sz w:val="20"/>
        </w:rPr>
        <w:t>Numele și prenumele / Denumirea : ____________________________________</w:t>
      </w:r>
    </w:p>
    <w:p>
      <w:r>
        <w:rPr>
          <w:b w:val="0"/>
          <w:sz w:val="20"/>
        </w:rPr>
        <w:t>CNP/CUI : _____________________________________</w:t>
      </w:r>
    </w:p>
    <w:p>
      <w:r>
        <w:rPr>
          <w:b w:val="0"/>
          <w:sz w:val="20"/>
        </w:rPr>
        <w:t>Domiciliul / Sediul social : ___________________________________________</w:t>
      </w:r>
    </w:p>
    <w:p>
      <w:r>
        <w:rPr>
          <w:b w:val="0"/>
          <w:sz w:val="20"/>
        </w:rPr>
        <w:t>Număr părți sociale subscrise : _______________</w:t>
      </w:r>
    </w:p>
    <w:p/>
    <w:p>
      <w:r>
        <w:rPr>
          <w:b/>
          <w:sz w:val="20"/>
        </w:rPr>
        <w:t>6. Administrator(i) :</w:t>
      </w:r>
    </w:p>
    <w:p>
      <w:r>
        <w:rPr>
          <w:b w:val="0"/>
          <w:sz w:val="20"/>
        </w:rPr>
        <w:t>Numele și prenumele : _______________________________________________</w:t>
      </w:r>
    </w:p>
    <w:p>
      <w:r>
        <w:rPr>
          <w:b w:val="0"/>
          <w:sz w:val="20"/>
        </w:rPr>
        <w:t>CNP : ___________________________________________</w:t>
      </w:r>
    </w:p>
    <w:p>
      <w:r>
        <w:rPr>
          <w:b w:val="0"/>
          <w:sz w:val="20"/>
        </w:rPr>
        <w:t>Domiciliu : ___________________________________________________________</w:t>
      </w:r>
    </w:p>
    <w:p>
      <w:r>
        <w:rPr>
          <w:b w:val="0"/>
          <w:sz w:val="20"/>
        </w:rPr>
        <w:t>Durata mandatului : _________________________________________________</w:t>
      </w:r>
    </w:p>
    <w:p/>
    <w:p>
      <w:r>
        <w:rPr>
          <w:b/>
          <w:sz w:val="20"/>
        </w:rPr>
        <w:t>7. Alte date relevante :</w:t>
      </w:r>
    </w:p>
    <w:p>
      <w:r>
        <w:rPr>
          <w:b w:val="0"/>
          <w:sz w:val="20"/>
        </w:rPr>
        <w:t>Forma de reprezentare : _______________________________________________</w:t>
      </w:r>
    </w:p>
    <w:p/>
    <w:p/>
    <w:p>
      <w:r>
        <w:rPr>
          <w:b/>
          <w:sz w:val="20"/>
        </w:rPr>
        <w:t>Declar pe propria răspundere că datele înscrise în prezenta cerere sunt conforme cu realitatea.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Solicitant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Reprezentant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https://cerere-rapida.com/cerere-inregistrare-in-registrul-comertului-model-completat-srl/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https://cerere-rapida.com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cerere-rapida.com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erere-rapida.com/cerere-inregistrare-in-registrul-comertului-model-completat-srl/" TargetMode="External"/><Relationship Id="rId10" Type="http://schemas.openxmlformats.org/officeDocument/2006/relationships/hyperlink" Target="https://cerere-rapid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